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8AD30" w14:textId="5420C81A" w:rsidR="001A573C" w:rsidRDefault="002746E0" w:rsidP="001A573C">
      <w:pPr>
        <w:pStyle w:val="Kop1"/>
        <w:jc w:val="righ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EF95842" wp14:editId="3C1D13AA">
                <wp:simplePos x="0" y="0"/>
                <wp:positionH relativeFrom="column">
                  <wp:posOffset>3234446</wp:posOffset>
                </wp:positionH>
                <wp:positionV relativeFrom="paragraph">
                  <wp:posOffset>-642026</wp:posOffset>
                </wp:positionV>
                <wp:extent cx="3180701" cy="1242777"/>
                <wp:effectExtent l="0" t="0" r="1270" b="0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0701" cy="12427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33542" w14:textId="08A981F6" w:rsidR="002746E0" w:rsidRDefault="002746E0">
                            <w:r w:rsidRPr="001A573C">
                              <w:rPr>
                                <w:noProof/>
                              </w:rPr>
                              <w:drawing>
                                <wp:inline distT="0" distB="0" distL="0" distR="0" wp14:anchorId="69EB7F26" wp14:editId="2293AD4D">
                                  <wp:extent cx="3266499" cy="1194056"/>
                                  <wp:effectExtent l="0" t="0" r="0" b="6350"/>
                                  <wp:docPr id="1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82282" cy="1199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F95842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254.7pt;margin-top:-50.55pt;width:250.45pt;height:97.8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" stroked="f">
                <v:textbox>
                  <w:txbxContent>
                    <w:p w14:paraId="0B333542" w14:textId="08A981F6" w:rsidR="002746E0" w:rsidRDefault="002746E0">
                      <w:r w:rsidRPr="001A573C">
                        <w:rPr>
                          <w:noProof/>
                        </w:rPr>
                        <w:drawing>
                          <wp:inline distT="0" distB="0" distL="0" distR="0" wp14:anchorId="69EB7F26" wp14:editId="2293AD4D">
                            <wp:extent cx="3266499" cy="1194056"/>
                            <wp:effectExtent l="0" t="0" r="0" b="6350"/>
                            <wp:docPr id="1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82282" cy="1199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076D8"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A161A65" wp14:editId="5E721853">
                <wp:simplePos x="0" y="0"/>
                <wp:positionH relativeFrom="column">
                  <wp:posOffset>3477260</wp:posOffset>
                </wp:positionH>
                <wp:positionV relativeFrom="paragraph">
                  <wp:posOffset>-535305</wp:posOffset>
                </wp:positionV>
                <wp:extent cx="2937510" cy="1351915"/>
                <wp:effectExtent l="0" t="0" r="15240" b="19685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7510" cy="1351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4AFD05" w14:textId="028759F1" w:rsidR="00C076D8" w:rsidRDefault="00C076D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61A65" id="_x0000_s1027" type="#_x0000_t202" style="position:absolute;left:0;text-align:left;margin-left:273.8pt;margin-top:-42.15pt;width:231.3pt;height:106.4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" strokecolor="white [3212]">
                <v:textbox>
                  <w:txbxContent>
                    <w:p w14:paraId="664AFD05" w14:textId="028759F1" w:rsidR="00C076D8" w:rsidRDefault="00C076D8"/>
                  </w:txbxContent>
                </v:textbox>
                <w10:wrap type="square"/>
              </v:shape>
            </w:pict>
          </mc:Fallback>
        </mc:AlternateContent>
      </w:r>
    </w:p>
    <w:p w14:paraId="167D85E2" w14:textId="77777777" w:rsidR="00711510" w:rsidRPr="00711510" w:rsidRDefault="00711510" w:rsidP="00711510">
      <w:pPr>
        <w:pStyle w:val="Kop1"/>
        <w:rPr>
          <w:sz w:val="32"/>
          <w:szCs w:val="32"/>
        </w:rPr>
      </w:pPr>
      <w:r w:rsidRPr="00711510">
        <w:rPr>
          <w:sz w:val="32"/>
          <w:szCs w:val="32"/>
        </w:rPr>
        <w:t>NIET-REANIMATIEVERKLARING</w:t>
      </w:r>
    </w:p>
    <w:p w14:paraId="4ED64CC9" w14:textId="77777777" w:rsidR="001A3C07" w:rsidRDefault="00711510" w:rsidP="001A3C07">
      <w:pPr>
        <w:pStyle w:val="Geenafstand"/>
      </w:pPr>
      <w:r>
        <w:br/>
      </w:r>
      <w:r w:rsidRPr="00711510">
        <w:rPr>
          <w:rStyle w:val="Kop1Char"/>
          <w:sz w:val="24"/>
          <w:szCs w:val="24"/>
        </w:rPr>
        <w:t>PERSOONSGEGEVENS</w:t>
      </w:r>
      <w:r>
        <w:br/>
      </w:r>
      <w:r>
        <w:br/>
        <w:t>Naam: _________________________________________________</w:t>
      </w:r>
      <w:r>
        <w:br/>
      </w:r>
      <w:r>
        <w:br/>
      </w:r>
      <w:proofErr w:type="spellStart"/>
      <w:r>
        <w:t>Geboortedatum</w:t>
      </w:r>
      <w:proofErr w:type="spellEnd"/>
      <w:r>
        <w:t>: _________________________________________</w:t>
      </w:r>
      <w:r>
        <w:br/>
      </w:r>
      <w:r>
        <w:br/>
      </w:r>
      <w:proofErr w:type="spellStart"/>
      <w:r>
        <w:t>Adres</w:t>
      </w:r>
      <w:proofErr w:type="spellEnd"/>
      <w:r>
        <w:t>: ________________________________________________</w:t>
      </w:r>
      <w:r>
        <w:br/>
      </w:r>
      <w:r>
        <w:br/>
        <w:t xml:space="preserve">Postcode en </w:t>
      </w:r>
      <w:proofErr w:type="spellStart"/>
      <w:r>
        <w:t>woonplaats</w:t>
      </w:r>
      <w:proofErr w:type="spellEnd"/>
      <w:r>
        <w:t>: ________________________________</w:t>
      </w:r>
      <w:r>
        <w:br/>
      </w:r>
      <w:r>
        <w:br/>
        <w:t>BSN (</w:t>
      </w:r>
      <w:proofErr w:type="spellStart"/>
      <w:r>
        <w:t>optioneel</w:t>
      </w:r>
      <w:proofErr w:type="spellEnd"/>
      <w:r>
        <w:t>): _______________________________________</w:t>
      </w:r>
      <w:r>
        <w:br/>
      </w:r>
      <w:r>
        <w:br/>
      </w:r>
      <w:r>
        <w:br/>
      </w:r>
      <w:r w:rsidRPr="00711510">
        <w:rPr>
          <w:rStyle w:val="Kop1Char"/>
          <w:sz w:val="24"/>
          <w:szCs w:val="24"/>
        </w:rPr>
        <w:t>VERKLARING</w:t>
      </w:r>
      <w:r>
        <w:br/>
      </w:r>
      <w:r>
        <w:br/>
      </w:r>
      <w:proofErr w:type="spellStart"/>
      <w:r>
        <w:t>Ondergetekende</w:t>
      </w:r>
      <w:proofErr w:type="spellEnd"/>
      <w:r>
        <w:t xml:space="preserve"> </w:t>
      </w:r>
      <w:proofErr w:type="spellStart"/>
      <w:r>
        <w:t>verklaart</w:t>
      </w:r>
      <w:proofErr w:type="spellEnd"/>
      <w:r>
        <w:t xml:space="preserve"> </w:t>
      </w:r>
      <w:proofErr w:type="spellStart"/>
      <w:r>
        <w:t>hierbij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zorgvuldige</w:t>
      </w:r>
      <w:proofErr w:type="spellEnd"/>
      <w:r>
        <w:t xml:space="preserve"> </w:t>
      </w:r>
      <w:proofErr w:type="spellStart"/>
      <w:r>
        <w:t>overweging</w:t>
      </w:r>
      <w:proofErr w:type="spellEnd"/>
      <w:r>
        <w:t xml:space="preserve"> en uit </w:t>
      </w:r>
      <w:proofErr w:type="spellStart"/>
      <w:r>
        <w:t>vrije</w:t>
      </w:r>
      <w:proofErr w:type="spellEnd"/>
      <w:r>
        <w:t xml:space="preserve"> </w:t>
      </w:r>
      <w:proofErr w:type="spellStart"/>
      <w:r>
        <w:t>wil</w:t>
      </w:r>
      <w:proofErr w:type="spellEnd"/>
      <w:r>
        <w:t xml:space="preserve">, </w:t>
      </w:r>
      <w:proofErr w:type="spellStart"/>
      <w:r>
        <w:t>dat</w:t>
      </w:r>
      <w:proofErr w:type="spellEnd"/>
      <w:r>
        <w:t xml:space="preserve"> hij/</w:t>
      </w:r>
      <w:proofErr w:type="spellStart"/>
      <w:r>
        <w:t>zij</w:t>
      </w:r>
      <w:proofErr w:type="spellEnd"/>
      <w:r>
        <w:t xml:space="preserve"> niet </w:t>
      </w:r>
      <w:proofErr w:type="spellStart"/>
      <w:r>
        <w:t>gereanimeerd</w:t>
      </w:r>
      <w:proofErr w:type="spellEnd"/>
      <w:r>
        <w:t xml:space="preserve"> </w:t>
      </w:r>
      <w:proofErr w:type="spellStart"/>
      <w:r>
        <w:t>wenst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worden</w:t>
      </w:r>
      <w:proofErr w:type="spellEnd"/>
      <w:r>
        <w:t xml:space="preserve"> </w:t>
      </w:r>
      <w:proofErr w:type="spellStart"/>
      <w:r>
        <w:t>indien</w:t>
      </w:r>
      <w:proofErr w:type="spellEnd"/>
      <w:r>
        <w:t xml:space="preserve"> </w:t>
      </w:r>
      <w:proofErr w:type="spellStart"/>
      <w:r>
        <w:t>sprake</w:t>
      </w:r>
      <w:proofErr w:type="spellEnd"/>
      <w:r>
        <w:t xml:space="preserve"> is van </w:t>
      </w:r>
      <w:proofErr w:type="spellStart"/>
      <w:r>
        <w:t>een</w:t>
      </w:r>
      <w:proofErr w:type="spellEnd"/>
      <w:r>
        <w:t xml:space="preserve"> </w:t>
      </w:r>
      <w:proofErr w:type="spellStart"/>
      <w:r>
        <w:t>circulatie</w:t>
      </w:r>
      <w:proofErr w:type="spellEnd"/>
      <w:r>
        <w:t xml:space="preserve">- en/of </w:t>
      </w:r>
      <w:proofErr w:type="spellStart"/>
      <w:r>
        <w:t>ademhalingsstilstand</w:t>
      </w:r>
      <w:proofErr w:type="spellEnd"/>
      <w:r>
        <w:t>.</w:t>
      </w:r>
      <w:r>
        <w:br/>
      </w:r>
      <w:r>
        <w:br/>
      </w:r>
      <w:proofErr w:type="spellStart"/>
      <w:r>
        <w:t>Onder</w:t>
      </w:r>
      <w:proofErr w:type="spellEnd"/>
      <w:r>
        <w:t xml:space="preserve"> </w:t>
      </w:r>
      <w:proofErr w:type="spellStart"/>
      <w:r>
        <w:t>reanimatie</w:t>
      </w:r>
      <w:proofErr w:type="spellEnd"/>
      <w:r>
        <w:t xml:space="preserve"> </w:t>
      </w:r>
      <w:proofErr w:type="spellStart"/>
      <w:r>
        <w:t>wordt</w:t>
      </w:r>
      <w:proofErr w:type="spellEnd"/>
      <w:r>
        <w:t xml:space="preserve"> </w:t>
      </w:r>
      <w:proofErr w:type="spellStart"/>
      <w:r>
        <w:t>onder</w:t>
      </w:r>
      <w:proofErr w:type="spellEnd"/>
      <w:r>
        <w:t xml:space="preserve"> </w:t>
      </w:r>
      <w:proofErr w:type="spellStart"/>
      <w:r>
        <w:t>meer</w:t>
      </w:r>
      <w:proofErr w:type="spellEnd"/>
      <w:r>
        <w:t xml:space="preserve"> </w:t>
      </w:r>
      <w:proofErr w:type="spellStart"/>
      <w:r>
        <w:t>verstaan</w:t>
      </w:r>
      <w:proofErr w:type="spellEnd"/>
      <w:r>
        <w:t>:</w:t>
      </w:r>
      <w:r>
        <w:br/>
        <w:t xml:space="preserve">• </w:t>
      </w:r>
      <w:proofErr w:type="spellStart"/>
      <w:r>
        <w:t>Thoraxcompressies</w:t>
      </w:r>
      <w:proofErr w:type="spellEnd"/>
      <w:r>
        <w:t xml:space="preserve"> (</w:t>
      </w:r>
      <w:proofErr w:type="spellStart"/>
      <w:r>
        <w:t>hartmassage</w:t>
      </w:r>
      <w:proofErr w:type="spellEnd"/>
      <w:r>
        <w:t>);</w:t>
      </w:r>
      <w:r>
        <w:br/>
        <w:t xml:space="preserve">• </w:t>
      </w:r>
      <w:proofErr w:type="spellStart"/>
      <w:r>
        <w:t>Beademing</w:t>
      </w:r>
      <w:proofErr w:type="spellEnd"/>
      <w:r>
        <w:t>;</w:t>
      </w:r>
      <w:r>
        <w:br/>
        <w:t xml:space="preserve">• </w:t>
      </w:r>
      <w:proofErr w:type="spellStart"/>
      <w:r>
        <w:t>Defibrillatie</w:t>
      </w:r>
      <w:proofErr w:type="spellEnd"/>
      <w:r>
        <w:t>;</w:t>
      </w:r>
      <w:r>
        <w:br/>
        <w:t xml:space="preserve">• </w:t>
      </w:r>
      <w:proofErr w:type="spellStart"/>
      <w:r>
        <w:t>Overige</w:t>
      </w:r>
      <w:proofErr w:type="spellEnd"/>
      <w:r>
        <w:t xml:space="preserve"> </w:t>
      </w:r>
      <w:proofErr w:type="spellStart"/>
      <w:r>
        <w:t>handelingen</w:t>
      </w:r>
      <w:proofErr w:type="spellEnd"/>
      <w:r>
        <w:t xml:space="preserve"> </w:t>
      </w:r>
      <w:proofErr w:type="spellStart"/>
      <w:r>
        <w:t>gericht</w:t>
      </w:r>
      <w:proofErr w:type="spellEnd"/>
      <w:r>
        <w:t xml:space="preserve"> op </w:t>
      </w:r>
      <w:proofErr w:type="spellStart"/>
      <w:r>
        <w:t>herstel</w:t>
      </w:r>
      <w:proofErr w:type="spellEnd"/>
      <w:r>
        <w:t xml:space="preserve"> van hart- en/of </w:t>
      </w:r>
      <w:proofErr w:type="spellStart"/>
      <w:r>
        <w:t>ademhalingsfunctie</w:t>
      </w:r>
      <w:proofErr w:type="spellEnd"/>
      <w:r>
        <w:t>.</w:t>
      </w:r>
      <w:r>
        <w:br/>
      </w:r>
      <w:r>
        <w:br/>
      </w:r>
      <w:proofErr w:type="spellStart"/>
      <w:r>
        <w:t>Deze</w:t>
      </w:r>
      <w:proofErr w:type="spellEnd"/>
      <w:r>
        <w:t xml:space="preserve"> wens </w:t>
      </w:r>
      <w:proofErr w:type="spellStart"/>
      <w:r>
        <w:t>geldt</w:t>
      </w:r>
      <w:proofErr w:type="spellEnd"/>
      <w:r>
        <w:t xml:space="preserve"> </w:t>
      </w:r>
      <w:proofErr w:type="spellStart"/>
      <w:r>
        <w:t>ongeacht</w:t>
      </w:r>
      <w:proofErr w:type="spellEnd"/>
      <w:r>
        <w:t xml:space="preserve"> de </w:t>
      </w:r>
      <w:proofErr w:type="spellStart"/>
      <w:r>
        <w:t>oorzaak</w:t>
      </w:r>
      <w:proofErr w:type="spellEnd"/>
      <w:r>
        <w:t xml:space="preserve"> van de </w:t>
      </w:r>
      <w:proofErr w:type="spellStart"/>
      <w:r>
        <w:t>circulatie</w:t>
      </w:r>
      <w:proofErr w:type="spellEnd"/>
      <w:r>
        <w:t xml:space="preserve">- of </w:t>
      </w:r>
      <w:proofErr w:type="spellStart"/>
      <w:r>
        <w:t>ademhalingsstilstand</w:t>
      </w:r>
      <w:proofErr w:type="spellEnd"/>
      <w:r>
        <w:t xml:space="preserve">, </w:t>
      </w:r>
      <w:proofErr w:type="spellStart"/>
      <w:r>
        <w:t>tenzij</w:t>
      </w:r>
      <w:proofErr w:type="spellEnd"/>
      <w:r>
        <w:t xml:space="preserve"> ik </w:t>
      </w:r>
      <w:proofErr w:type="spellStart"/>
      <w:r>
        <w:t>deze</w:t>
      </w:r>
      <w:proofErr w:type="spellEnd"/>
      <w:r>
        <w:t xml:space="preserve"> </w:t>
      </w:r>
      <w:proofErr w:type="spellStart"/>
      <w:r>
        <w:t>verklaring</w:t>
      </w:r>
      <w:proofErr w:type="spellEnd"/>
      <w:r>
        <w:t xml:space="preserve"> later </w:t>
      </w:r>
      <w:proofErr w:type="spellStart"/>
      <w:r>
        <w:t>schriftelijk</w:t>
      </w:r>
      <w:proofErr w:type="spellEnd"/>
      <w:r>
        <w:t xml:space="preserve"> </w:t>
      </w:r>
      <w:proofErr w:type="spellStart"/>
      <w:r>
        <w:t>herroep</w:t>
      </w:r>
      <w:proofErr w:type="spellEnd"/>
      <w:r>
        <w:t xml:space="preserve"> of </w:t>
      </w:r>
      <w:proofErr w:type="spellStart"/>
      <w:r>
        <w:t>wijzig</w:t>
      </w:r>
      <w:proofErr w:type="spellEnd"/>
      <w:r>
        <w:t>.</w:t>
      </w:r>
      <w:r>
        <w:br/>
      </w:r>
      <w:r>
        <w:br/>
        <w:t xml:space="preserve">Ik </w:t>
      </w:r>
      <w:proofErr w:type="spellStart"/>
      <w:r>
        <w:t>verzoek</w:t>
      </w:r>
      <w:proofErr w:type="spellEnd"/>
      <w:r>
        <w:t xml:space="preserve"> </w:t>
      </w:r>
      <w:proofErr w:type="spellStart"/>
      <w:r>
        <w:t>mijn</w:t>
      </w:r>
      <w:proofErr w:type="spellEnd"/>
      <w:r>
        <w:t xml:space="preserve"> </w:t>
      </w:r>
      <w:proofErr w:type="spellStart"/>
      <w:r>
        <w:t>huisarts</w:t>
      </w:r>
      <w:proofErr w:type="spellEnd"/>
      <w:r>
        <w:t xml:space="preserve">, </w:t>
      </w:r>
      <w:proofErr w:type="spellStart"/>
      <w:r>
        <w:t>behandelend</w:t>
      </w:r>
      <w:proofErr w:type="spellEnd"/>
      <w:r>
        <w:t xml:space="preserve"> </w:t>
      </w:r>
      <w:proofErr w:type="spellStart"/>
      <w:r>
        <w:t>artsen</w:t>
      </w:r>
      <w:proofErr w:type="spellEnd"/>
      <w:r>
        <w:t xml:space="preserve">, </w:t>
      </w:r>
      <w:proofErr w:type="spellStart"/>
      <w:r>
        <w:t>zorgverleners</w:t>
      </w:r>
      <w:proofErr w:type="spellEnd"/>
      <w:r>
        <w:t xml:space="preserve"> en </w:t>
      </w:r>
      <w:proofErr w:type="spellStart"/>
      <w:r>
        <w:t>hulpdiensten</w:t>
      </w:r>
      <w:proofErr w:type="spellEnd"/>
      <w:r>
        <w:t xml:space="preserve"> </w:t>
      </w:r>
      <w:proofErr w:type="spellStart"/>
      <w:r>
        <w:t>deze</w:t>
      </w:r>
      <w:proofErr w:type="spellEnd"/>
      <w:r>
        <w:t xml:space="preserve"> wens </w:t>
      </w:r>
      <w:proofErr w:type="spellStart"/>
      <w:r>
        <w:t>te</w:t>
      </w:r>
      <w:proofErr w:type="spellEnd"/>
      <w:r>
        <w:t xml:space="preserve"> </w:t>
      </w:r>
      <w:proofErr w:type="spellStart"/>
      <w:r>
        <w:t>respecteren</w:t>
      </w:r>
      <w:proofErr w:type="spellEnd"/>
      <w:r>
        <w:t xml:space="preserve"> en in </w:t>
      </w:r>
      <w:proofErr w:type="spellStart"/>
      <w:r>
        <w:t>mijn</w:t>
      </w:r>
      <w:proofErr w:type="spellEnd"/>
      <w:r>
        <w:t xml:space="preserve"> </w:t>
      </w:r>
      <w:proofErr w:type="spellStart"/>
      <w:r>
        <w:t>medisch</w:t>
      </w:r>
      <w:proofErr w:type="spellEnd"/>
      <w:r>
        <w:t xml:space="preserve"> dossier vast </w:t>
      </w:r>
      <w:proofErr w:type="spellStart"/>
      <w:r>
        <w:t>te</w:t>
      </w:r>
      <w:proofErr w:type="spellEnd"/>
      <w:r>
        <w:t xml:space="preserve"> </w:t>
      </w:r>
      <w:proofErr w:type="spellStart"/>
      <w:r>
        <w:t>leggen</w:t>
      </w:r>
      <w:proofErr w:type="spellEnd"/>
      <w:r>
        <w:t>.</w:t>
      </w:r>
      <w:r>
        <w:br/>
      </w:r>
      <w:r>
        <w:br/>
        <w:t xml:space="preserve">Ik </w:t>
      </w:r>
      <w:proofErr w:type="spellStart"/>
      <w:r>
        <w:t>verklaar</w:t>
      </w:r>
      <w:proofErr w:type="spellEnd"/>
      <w:r>
        <w:t xml:space="preserve"> </w:t>
      </w:r>
      <w:proofErr w:type="spellStart"/>
      <w:r>
        <w:t>dat</w:t>
      </w:r>
      <w:proofErr w:type="spellEnd"/>
      <w:r>
        <w:t>:</w:t>
      </w:r>
      <w:r>
        <w:br/>
        <w:t xml:space="preserve">• Ik </w:t>
      </w:r>
      <w:proofErr w:type="spellStart"/>
      <w:r>
        <w:t>wilsbekwaam</w:t>
      </w:r>
      <w:proofErr w:type="spellEnd"/>
      <w:r>
        <w:t xml:space="preserve"> ben ten </w:t>
      </w:r>
      <w:proofErr w:type="spellStart"/>
      <w:r>
        <w:t>aanzien</w:t>
      </w:r>
      <w:proofErr w:type="spellEnd"/>
      <w:r>
        <w:t xml:space="preserve"> van </w:t>
      </w:r>
      <w:proofErr w:type="spellStart"/>
      <w:r>
        <w:t>deze</w:t>
      </w:r>
      <w:proofErr w:type="spellEnd"/>
      <w:r>
        <w:t xml:space="preserve"> </w:t>
      </w:r>
      <w:proofErr w:type="spellStart"/>
      <w:r>
        <w:t>beslissing</w:t>
      </w:r>
      <w:proofErr w:type="spellEnd"/>
      <w:r>
        <w:t>;</w:t>
      </w:r>
      <w:r>
        <w:br/>
        <w:t xml:space="preserve">• Ik </w:t>
      </w:r>
      <w:proofErr w:type="spellStart"/>
      <w:r>
        <w:t>voldoende</w:t>
      </w:r>
      <w:proofErr w:type="spellEnd"/>
      <w:r>
        <w:t xml:space="preserve"> ben </w:t>
      </w:r>
      <w:proofErr w:type="spellStart"/>
      <w:r>
        <w:t>geïnformeerd</w:t>
      </w:r>
      <w:proofErr w:type="spellEnd"/>
      <w:r>
        <w:t xml:space="preserve"> over de </w:t>
      </w:r>
      <w:proofErr w:type="spellStart"/>
      <w:r>
        <w:t>betekenis</w:t>
      </w:r>
      <w:proofErr w:type="spellEnd"/>
      <w:r>
        <w:t xml:space="preserve"> en </w:t>
      </w:r>
      <w:proofErr w:type="spellStart"/>
      <w:r>
        <w:t>mogelijke</w:t>
      </w:r>
      <w:proofErr w:type="spellEnd"/>
      <w:r>
        <w:t xml:space="preserve"> </w:t>
      </w:r>
      <w:proofErr w:type="spellStart"/>
      <w:r>
        <w:t>gevolgen</w:t>
      </w:r>
      <w:proofErr w:type="spellEnd"/>
      <w:r>
        <w:t xml:space="preserve"> van niet </w:t>
      </w:r>
      <w:proofErr w:type="spellStart"/>
      <w:r>
        <w:t>reanimeren</w:t>
      </w:r>
      <w:proofErr w:type="spellEnd"/>
      <w:r>
        <w:t>;</w:t>
      </w:r>
      <w:r>
        <w:br/>
        <w:t xml:space="preserve">• Ik </w:t>
      </w:r>
      <w:proofErr w:type="spellStart"/>
      <w:r>
        <w:t>deze</w:t>
      </w:r>
      <w:proofErr w:type="spellEnd"/>
      <w:r>
        <w:t xml:space="preserve"> </w:t>
      </w:r>
      <w:proofErr w:type="spellStart"/>
      <w:r>
        <w:t>verklaring</w:t>
      </w:r>
      <w:proofErr w:type="spellEnd"/>
      <w:r>
        <w:t xml:space="preserve"> </w:t>
      </w:r>
      <w:proofErr w:type="spellStart"/>
      <w:r>
        <w:t>vrijwillig</w:t>
      </w:r>
      <w:proofErr w:type="spellEnd"/>
      <w:r>
        <w:t xml:space="preserve"> en </w:t>
      </w:r>
      <w:proofErr w:type="spellStart"/>
      <w:r>
        <w:t>zonder</w:t>
      </w:r>
      <w:proofErr w:type="spellEnd"/>
      <w:r>
        <w:t xml:space="preserve"> </w:t>
      </w:r>
      <w:proofErr w:type="spellStart"/>
      <w:r>
        <w:t>dwang</w:t>
      </w:r>
      <w:proofErr w:type="spellEnd"/>
      <w:r>
        <w:t xml:space="preserve"> </w:t>
      </w:r>
      <w:proofErr w:type="spellStart"/>
      <w:r>
        <w:t>heb</w:t>
      </w:r>
      <w:proofErr w:type="spellEnd"/>
      <w:r>
        <w:t xml:space="preserve"> </w:t>
      </w:r>
      <w:proofErr w:type="spellStart"/>
      <w:r>
        <w:t>opgesteld</w:t>
      </w:r>
      <w:proofErr w:type="spellEnd"/>
      <w:r>
        <w:t>.</w:t>
      </w:r>
    </w:p>
    <w:p w14:paraId="2A73538B" w14:textId="77777777" w:rsidR="001A3C07" w:rsidRDefault="001A3C07" w:rsidP="001A3C07">
      <w:pPr>
        <w:pStyle w:val="Geenafstand"/>
      </w:pPr>
    </w:p>
    <w:p w14:paraId="5B959A92" w14:textId="77777777" w:rsidR="001A3C07" w:rsidRDefault="001A3C07" w:rsidP="001A3C07">
      <w:pPr>
        <w:pStyle w:val="Geenafstand"/>
      </w:pPr>
    </w:p>
    <w:p w14:paraId="5EBB4EFB" w14:textId="77777777" w:rsidR="001A3C07" w:rsidRDefault="001A3C07" w:rsidP="001A3C07">
      <w:pPr>
        <w:pStyle w:val="Geenafstand"/>
      </w:pPr>
    </w:p>
    <w:p w14:paraId="14BFA0F8" w14:textId="77777777" w:rsidR="001A3C07" w:rsidRDefault="001A3C07" w:rsidP="001A3C07">
      <w:pPr>
        <w:pStyle w:val="Geenafstand"/>
      </w:pPr>
    </w:p>
    <w:p w14:paraId="618F40D1" w14:textId="77777777" w:rsidR="001A3C07" w:rsidRDefault="00711510" w:rsidP="001A3C07">
      <w:pPr>
        <w:pStyle w:val="Geenafstand"/>
      </w:pPr>
      <w:r w:rsidRPr="00711510">
        <w:rPr>
          <w:rStyle w:val="Kop1Char"/>
          <w:sz w:val="24"/>
          <w:szCs w:val="24"/>
        </w:rPr>
        <w:lastRenderedPageBreak/>
        <w:t>CONTACTPERSOON / WETTELIJK VERTEGENWOORDIGER</w:t>
      </w:r>
      <w:r>
        <w:br/>
      </w:r>
      <w:r w:rsidRPr="001A3C07">
        <w:br/>
        <w:t>Naam: _________________________________________________</w:t>
      </w:r>
      <w:r w:rsidRPr="001A3C07">
        <w:br/>
      </w:r>
      <w:r w:rsidRPr="001A3C07">
        <w:br/>
      </w:r>
      <w:proofErr w:type="spellStart"/>
      <w:r w:rsidRPr="001A3C07">
        <w:t>Relatie</w:t>
      </w:r>
      <w:proofErr w:type="spellEnd"/>
      <w:r w:rsidRPr="001A3C07">
        <w:t xml:space="preserve"> tot </w:t>
      </w:r>
      <w:proofErr w:type="spellStart"/>
      <w:r w:rsidRPr="001A3C07">
        <w:t>patiënt</w:t>
      </w:r>
      <w:proofErr w:type="spellEnd"/>
      <w:r w:rsidRPr="001A3C07">
        <w:t>: ___________________________________</w:t>
      </w:r>
      <w:r w:rsidRPr="001A3C07">
        <w:br/>
      </w:r>
      <w:r w:rsidRPr="001A3C07">
        <w:br/>
      </w:r>
      <w:proofErr w:type="spellStart"/>
      <w:r w:rsidRPr="001A3C07">
        <w:t>Telefoonnummer</w:t>
      </w:r>
      <w:proofErr w:type="spellEnd"/>
      <w:r w:rsidRPr="001A3C07">
        <w:t>: _______________________________________</w:t>
      </w:r>
      <w:r w:rsidRPr="001A3C07">
        <w:br/>
      </w:r>
      <w:r w:rsidRPr="001A3C07">
        <w:br/>
        <w:t>E-</w:t>
      </w:r>
      <w:proofErr w:type="spellStart"/>
      <w:r w:rsidRPr="001A3C07">
        <w:t>mailadres</w:t>
      </w:r>
      <w:proofErr w:type="spellEnd"/>
      <w:r w:rsidRPr="001A3C07">
        <w:t>: __________________________________________</w:t>
      </w:r>
      <w:r w:rsidRPr="001A3C07">
        <w:br/>
      </w:r>
      <w:r w:rsidRPr="001A3C07">
        <w:br/>
      </w:r>
      <w:proofErr w:type="spellStart"/>
      <w:r w:rsidRPr="001A3C07">
        <w:t>Adres</w:t>
      </w:r>
      <w:proofErr w:type="spellEnd"/>
      <w:r w:rsidRPr="001A3C07">
        <w:t xml:space="preserve"> (</w:t>
      </w:r>
      <w:proofErr w:type="spellStart"/>
      <w:r w:rsidRPr="001A3C07">
        <w:t>optioneel</w:t>
      </w:r>
      <w:proofErr w:type="spellEnd"/>
      <w:r w:rsidRPr="001A3C07">
        <w:t>): _____________________________________</w:t>
      </w:r>
      <w:r w:rsidRPr="001A3C07">
        <w:br/>
      </w:r>
      <w:r w:rsidRPr="001A3C07">
        <w:br/>
      </w:r>
      <w:r w:rsidRPr="001A3C07">
        <w:br/>
      </w:r>
      <w:r w:rsidRPr="00711510">
        <w:rPr>
          <w:rStyle w:val="Kop1Char"/>
          <w:sz w:val="24"/>
          <w:szCs w:val="24"/>
        </w:rPr>
        <w:t>BESPREKING MET HUISARTS</w:t>
      </w:r>
      <w:r>
        <w:br/>
      </w:r>
      <w:r>
        <w:br/>
      </w:r>
      <w:r w:rsidRPr="001A3C07">
        <w:t xml:space="preserve">Naam </w:t>
      </w:r>
      <w:proofErr w:type="spellStart"/>
      <w:r w:rsidRPr="001A3C07">
        <w:t>huisarts</w:t>
      </w:r>
      <w:proofErr w:type="spellEnd"/>
      <w:r w:rsidRPr="001A3C07">
        <w:t>: ________________________________________</w:t>
      </w:r>
      <w:r w:rsidRPr="001A3C07">
        <w:br/>
      </w:r>
      <w:r w:rsidRPr="001A3C07">
        <w:br/>
        <w:t>Huisartsenpraktijk: ___________________________________</w:t>
      </w:r>
      <w:r w:rsidRPr="001A3C07">
        <w:br/>
      </w:r>
      <w:r w:rsidRPr="001A3C07">
        <w:br/>
        <w:t xml:space="preserve">Datum </w:t>
      </w:r>
      <w:proofErr w:type="spellStart"/>
      <w:r w:rsidRPr="001A3C07">
        <w:t>bespreking</w:t>
      </w:r>
      <w:proofErr w:type="spellEnd"/>
      <w:r w:rsidRPr="001A3C07">
        <w:t>: _____________________________________</w:t>
      </w:r>
      <w:r w:rsidRPr="001A3C07">
        <w:br/>
      </w:r>
      <w:r w:rsidRPr="001A3C07">
        <w:br/>
      </w:r>
      <w:proofErr w:type="spellStart"/>
      <w:r>
        <w:t>Aantekeningen</w:t>
      </w:r>
      <w:proofErr w:type="spellEnd"/>
      <w:r>
        <w:t>:</w:t>
      </w:r>
      <w:r>
        <w:br/>
      </w:r>
      <w:r w:rsidR="001A3C07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br/>
      </w:r>
      <w:r>
        <w:br/>
        <w:t xml:space="preserve">De wens tot niet </w:t>
      </w:r>
      <w:proofErr w:type="spellStart"/>
      <w:r>
        <w:t>reanimeren</w:t>
      </w:r>
      <w:proofErr w:type="spellEnd"/>
      <w:r>
        <w:t xml:space="preserve"> is </w:t>
      </w:r>
      <w:proofErr w:type="spellStart"/>
      <w:r>
        <w:t>besproken</w:t>
      </w:r>
      <w:proofErr w:type="spellEnd"/>
      <w:r>
        <w:t xml:space="preserve"> met </w:t>
      </w:r>
      <w:proofErr w:type="spellStart"/>
      <w:r>
        <w:t>patiënt</w:t>
      </w:r>
      <w:proofErr w:type="spellEnd"/>
      <w:r>
        <w:t xml:space="preserve"> en </w:t>
      </w:r>
      <w:proofErr w:type="spellStart"/>
      <w:r>
        <w:t>opgenomen</w:t>
      </w:r>
      <w:proofErr w:type="spellEnd"/>
      <w:r>
        <w:t xml:space="preserve"> in het </w:t>
      </w:r>
      <w:proofErr w:type="spellStart"/>
      <w:r>
        <w:t>huisartsendossier</w:t>
      </w:r>
      <w:proofErr w:type="spellEnd"/>
      <w:r>
        <w:t>.</w:t>
      </w:r>
      <w:r>
        <w:br/>
      </w:r>
      <w:r>
        <w:br/>
      </w:r>
      <w:proofErr w:type="spellStart"/>
      <w:r>
        <w:t>Handtekening</w:t>
      </w:r>
      <w:proofErr w:type="spellEnd"/>
      <w:r>
        <w:t xml:space="preserve"> </w:t>
      </w:r>
      <w:proofErr w:type="spellStart"/>
      <w:r>
        <w:t>huisarts</w:t>
      </w:r>
      <w:proofErr w:type="spellEnd"/>
      <w:r>
        <w:t xml:space="preserve"> (</w:t>
      </w:r>
      <w:proofErr w:type="spellStart"/>
      <w:r>
        <w:t>optioneel</w:t>
      </w:r>
      <w:proofErr w:type="spellEnd"/>
      <w:r>
        <w:t>):</w:t>
      </w:r>
      <w:r w:rsidR="001A3C07">
        <w:t xml:space="preserve"> </w:t>
      </w:r>
      <w:r>
        <w:t>_______________________________________________________</w:t>
      </w:r>
      <w:r>
        <w:br/>
      </w:r>
      <w:r>
        <w:br/>
      </w:r>
      <w:r>
        <w:br/>
      </w:r>
      <w:r w:rsidRPr="00711510">
        <w:rPr>
          <w:rStyle w:val="Kop1Char"/>
          <w:sz w:val="24"/>
          <w:szCs w:val="24"/>
        </w:rPr>
        <w:t>ONDERTEKENING PATIËNT</w:t>
      </w:r>
      <w:r>
        <w:br/>
      </w:r>
      <w:r>
        <w:br/>
      </w:r>
      <w:proofErr w:type="spellStart"/>
      <w:r>
        <w:t>Plaats</w:t>
      </w:r>
      <w:proofErr w:type="spellEnd"/>
      <w:r>
        <w:t>: _______________________________________________</w:t>
      </w:r>
      <w:r>
        <w:br/>
      </w:r>
      <w:r>
        <w:br/>
        <w:t>Datum: ________________________________________________</w:t>
      </w:r>
      <w:r>
        <w:br/>
      </w:r>
      <w:r>
        <w:br/>
      </w:r>
      <w:proofErr w:type="spellStart"/>
      <w:r>
        <w:t>Handtekening</w:t>
      </w:r>
      <w:proofErr w:type="spellEnd"/>
      <w:r>
        <w:t xml:space="preserve"> </w:t>
      </w:r>
      <w:proofErr w:type="spellStart"/>
      <w:r>
        <w:t>patiënt</w:t>
      </w:r>
      <w:proofErr w:type="spellEnd"/>
      <w:r>
        <w:t>:</w:t>
      </w:r>
      <w:r w:rsidR="001A3C07">
        <w:t xml:space="preserve"> </w:t>
      </w:r>
      <w:r>
        <w:t>_______________________________________________________</w:t>
      </w:r>
      <w:r>
        <w:br/>
      </w:r>
      <w:r>
        <w:br/>
      </w:r>
      <w:r>
        <w:br/>
      </w:r>
      <w:r w:rsidRPr="00711510">
        <w:rPr>
          <w:rStyle w:val="Kop1Char"/>
          <w:sz w:val="24"/>
          <w:szCs w:val="24"/>
        </w:rPr>
        <w:t>BESPROKEN MET CONTACTPERSOON</w:t>
      </w:r>
      <w:r>
        <w:br/>
      </w:r>
      <w:r>
        <w:br/>
      </w:r>
      <w:r w:rsidRPr="001A3C07">
        <w:t xml:space="preserve">Naam </w:t>
      </w:r>
      <w:proofErr w:type="spellStart"/>
      <w:r w:rsidRPr="001A3C07">
        <w:t>contactpersoon</w:t>
      </w:r>
      <w:proofErr w:type="spellEnd"/>
      <w:r w:rsidRPr="001A3C07">
        <w:t>: _________________________________________________</w:t>
      </w:r>
      <w:r w:rsidRPr="001A3C07">
        <w:br/>
      </w:r>
      <w:r w:rsidRPr="001A3C07">
        <w:br/>
        <w:t>Datum: ________________________________________________</w:t>
      </w:r>
    </w:p>
    <w:p w14:paraId="0F19F937" w14:textId="5F231FFE" w:rsidR="00842C42" w:rsidRDefault="00711510" w:rsidP="001A3C07">
      <w:pPr>
        <w:pStyle w:val="Geenafstand"/>
      </w:pPr>
      <w:r w:rsidRPr="001A3C07">
        <w:br/>
      </w:r>
      <w:proofErr w:type="spellStart"/>
      <w:r w:rsidRPr="001A3C07">
        <w:t>Handtekening</w:t>
      </w:r>
      <w:proofErr w:type="spellEnd"/>
      <w:r w:rsidRPr="001A3C07">
        <w:t xml:space="preserve"> </w:t>
      </w:r>
      <w:proofErr w:type="spellStart"/>
      <w:r w:rsidRPr="001A3C07">
        <w:t>contactpersoon</w:t>
      </w:r>
      <w:proofErr w:type="spellEnd"/>
      <w:r w:rsidRPr="001A3C07">
        <w:t>:</w:t>
      </w:r>
      <w:r w:rsidR="001A3C07">
        <w:t xml:space="preserve"> </w:t>
      </w:r>
      <w:r w:rsidRPr="001A3C07">
        <w:t>_______________________________________________________</w:t>
      </w:r>
      <w:r w:rsidRPr="001A3C07">
        <w:br/>
      </w:r>
    </w:p>
    <w:sectPr w:rsidR="00842C42" w:rsidSect="00353E6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4075C" w14:textId="77777777" w:rsidR="00353E64" w:rsidRDefault="00353E64" w:rsidP="00353E64">
      <w:pPr>
        <w:spacing w:after="0" w:line="240" w:lineRule="auto"/>
      </w:pPr>
      <w:r>
        <w:separator/>
      </w:r>
    </w:p>
  </w:endnote>
  <w:endnote w:type="continuationSeparator" w:id="0">
    <w:p w14:paraId="6204B5FC" w14:textId="77777777" w:rsidR="00353E64" w:rsidRDefault="00353E64" w:rsidP="00353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1E81B" w14:textId="77777777" w:rsidR="00353E64" w:rsidRDefault="00353E6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78863" w14:textId="4AB5CD05" w:rsidR="00353E64" w:rsidRDefault="00353E64">
    <w:pPr>
      <w:pStyle w:val="Voettekst"/>
    </w:pPr>
    <w:r>
      <w:ptab w:relativeTo="margin" w:alignment="center" w:leader="none"/>
    </w:r>
    <w:r w:rsidR="00DF30A1">
      <w:t xml:space="preserve">                                                                                                                               </w:t>
    </w:r>
    <w:r>
      <w:t>Naam:</w:t>
    </w:r>
  </w:p>
  <w:p w14:paraId="3DDD0573" w14:textId="3093D338" w:rsidR="00353E64" w:rsidRDefault="00353E64">
    <w:pPr>
      <w:pStyle w:val="Voettekst"/>
    </w:pPr>
    <w:r>
      <w:tab/>
    </w:r>
    <w:r w:rsidR="00470704">
      <w:t xml:space="preserve">                                                                                                                          </w:t>
    </w:r>
    <w:r>
      <w:t>Geb</w:t>
    </w:r>
    <w:r w:rsidR="00470704">
      <w:t xml:space="preserve">. </w:t>
    </w:r>
    <w:r>
      <w:t>datum: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DC3B4" w14:textId="77777777" w:rsidR="00353E64" w:rsidRDefault="00353E6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39E5D" w14:textId="77777777" w:rsidR="00353E64" w:rsidRDefault="00353E64" w:rsidP="00353E64">
      <w:pPr>
        <w:spacing w:after="0" w:line="240" w:lineRule="auto"/>
      </w:pPr>
      <w:r>
        <w:separator/>
      </w:r>
    </w:p>
  </w:footnote>
  <w:footnote w:type="continuationSeparator" w:id="0">
    <w:p w14:paraId="5A24534B" w14:textId="77777777" w:rsidR="00353E64" w:rsidRDefault="00353E64" w:rsidP="00353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9A651" w14:textId="77777777" w:rsidR="00353E64" w:rsidRDefault="00353E6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2A940" w14:textId="58EBCE01" w:rsidR="00353E64" w:rsidRDefault="00353E6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A13FA" w14:textId="77777777" w:rsidR="00353E64" w:rsidRDefault="00353E6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3C07"/>
    <w:rsid w:val="001A573C"/>
    <w:rsid w:val="001B6ED3"/>
    <w:rsid w:val="002746E0"/>
    <w:rsid w:val="0029639D"/>
    <w:rsid w:val="00326F90"/>
    <w:rsid w:val="00353E64"/>
    <w:rsid w:val="00470704"/>
    <w:rsid w:val="00573843"/>
    <w:rsid w:val="00711510"/>
    <w:rsid w:val="00842C42"/>
    <w:rsid w:val="00AA1D8D"/>
    <w:rsid w:val="00B47730"/>
    <w:rsid w:val="00C076D8"/>
    <w:rsid w:val="00CB0664"/>
    <w:rsid w:val="00DF30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09E48E"/>
  <w14:defaultImageDpi w14:val="300"/>
  <w15:docId w15:val="{C34B1BE0-A793-4AD3-A932-5BEA527C2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424</Words>
  <Characters>2333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Hoogeland1</cp:lastModifiedBy>
  <cp:revision>7</cp:revision>
  <dcterms:created xsi:type="dcterms:W3CDTF">2026-06-09T14:25:00Z</dcterms:created>
  <dcterms:modified xsi:type="dcterms:W3CDTF">2026-09-24T13:52:00Z</dcterms:modified>
  <cp:category/>
</cp:coreProperties>
</file>